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Спорт комитетинин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0253" cy="2232000"/>
            <wp:docPr id="2" name="Picture 2" descr="Здание Спорткомитета" title="Здание Спорткомит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de2e73816bf1a18c9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2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Спорткомитета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Спорт комитетинин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Спорт комитетинин имараты Спорт комитетинин имараты (архитектор Ф.П. Стеблин) Спартак стадионунун негизги кире бериш жери катары 1940-жылы курула баштаган. Курулуш согуштан кийинки 1954-жылы аяктаган. Курулуш аяктагандан кийин бул имаратта Политехникалык институттун факультеттери жайгашкан. 1958-жылдын фотосу. Техникумдун имаратынын керунушу менен арка. Фотосу В.Д. Лазарев 1966. Стадионду караган арка. 2011-жылдагы сүрөт.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https://bimap.su/description/frunze/324_TogMoldo.txt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