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Sports Committee Building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253" cy="2232000"/>
            <wp:docPr id="2" name="Picture 2" descr="Здание Спорткомитета" title="Здание Спорткомит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de2e73816bf1a18c9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Спорткомитета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Sports Committee Building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Sports Committee Building The Sports Committee building (architect F.P. Steblin) began to be built back in 1940, as the main entrance to the Spartak stadium. Construction was completed in post-war 1954. After completion of construction, this building housed the faculties of the Polytechnic Institute. Photo from 1958. Arch with a view of the technical school building. Photo by V.D. Lazarev 1966. Arch overlooking the stadium. Photo from 2011.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https://bimap.su/description/frunze/324_TogMoldo.txt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