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Здание горсовета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42.87953, 74.61211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5020" cy="2232000"/>
            <wp:docPr id="1" name="Picture 1" descr="Здание горсовета" title="Здание горсов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95580717099924954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горсовета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горсовета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городского совета депутатов и трудящихся на улице Уездной. Вид со двора.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https://bimap.su/description/pishpek/53_Gorsovet.txt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42.87953, 74.61211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42.87953, 74.61211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