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Шаардык Кеңештин имараты</w:t>
      </w:r>
    </w:p>
    <w:p>
      <w:pPr>
        <w:spacing w:after="100"/>
        <w:jc w:val="center"/>
      </w:pPr>
      <w:r>
        <w:rPr>
          <w:rFonts w:ascii="Arial" w:hAnsi="Arial" w:eastAsia="Arial"/>
          <w:b w:val="0"/>
          <w:color w:val="606667"/>
          <w:sz w:val="17"/>
        </w:rPr>
        <w:t>42.87953, 74.61211</w:t>
      </w:r>
    </w:p>
    <w:p>
      <w:pPr>
        <w:spacing w:before="0" w:after="20"/>
        <w:jc w:val="center"/>
      </w:pPr>
      <w:r>
        <w:drawing>
          <wp:inline xmlns:a="http://schemas.openxmlformats.org/drawingml/2006/main" xmlns:pic="http://schemas.openxmlformats.org/drawingml/2006/picture">
            <wp:extent cx="3175020" cy="2232000"/>
            <wp:docPr id="1" name="Picture 1" descr="Здание горсовета" title="Здание горсовета"/>
            <wp:cNvGraphicFramePr>
              <a:graphicFrameLocks noChangeAspect="1"/>
            </wp:cNvGraphicFramePr>
            <a:graphic>
              <a:graphicData uri="http://schemas.openxmlformats.org/drawingml/2006/picture">
                <pic:pic>
                  <pic:nvPicPr>
                    <pic:cNvPr id="0" name="bc955807170999249548.jpg"/>
                    <pic:cNvPicPr/>
                  </pic:nvPicPr>
                  <pic:blipFill>
                    <a:blip r:embed="rId12"/>
                    <a:stretch>
                      <a:fillRect/>
                    </a:stretch>
                  </pic:blipFill>
                  <pic:spPr>
                    <a:xfrm>
                      <a:off x="0" y="0"/>
                      <a:ext cx="3175020" cy="2232000"/>
                    </a:xfrm>
                    <a:prstGeom prst="rect"/>
                  </pic:spPr>
                </pic:pic>
              </a:graphicData>
            </a:graphic>
          </wp:inline>
        </w:drawing>
      </w:r>
    </w:p>
    <w:p>
      <w:pPr>
        <w:spacing w:after="60"/>
        <w:jc w:val="center"/>
      </w:pPr>
      <w:r>
        <w:rPr>
          <w:rFonts w:ascii="Arial" w:hAnsi="Arial" w:eastAsia="Arial"/>
          <w:b w:val="0"/>
          <w:color w:val="606667"/>
          <w:sz w:val="15"/>
        </w:rPr>
        <w:t>Здание горсовета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Шаардык Кеңештин имараты</w:t>
      </w:r>
    </w:p>
    <w:p>
      <w:pPr>
        <w:widowControl/>
        <w:spacing w:before="0" w:after="60" w:line="247" w:lineRule="auto"/>
      </w:pPr>
      <w:r>
        <w:rPr>
          <w:rFonts w:ascii="Arial" w:hAnsi="Arial" w:eastAsia="Arial"/>
          <w:b w:val="0"/>
          <w:color w:val="242C2F"/>
          <w:sz w:val="19"/>
        </w:rPr>
        <w:t>﻿ Уезднаядагы эмгекчилер депутаттарынын жана шаардык кеңешинин имараты. Короодон көрүнүш. 19-кылымдын аягы жана 20-кылымдын башы шаарды көрктөндүрүү жана шаар мүлкүнүн башында чоң үйлөрдүн курулушу менен мүнөздөлгөн. Үйлөр брусчаткадан же брусчаткадан тургузулган бийик таш пайдубалдардын үстүндө турушкан, анын үстүндө кирпич жасалгасы менен кооздолгон кирпичтен жасалган жертөлө болгон. Жогорку кабаттардын дубалдары каркас-жыгач же журнал болуп са</w:t>
      </w:r>
    </w:p>
    <w:p>
      <w:pPr>
        <w:spacing w:before="20" w:after="0"/>
      </w:pPr>
      <w:r>
        <w:rPr>
          <w:rFonts w:ascii="Arial" w:hAnsi="Arial" w:eastAsia="Arial"/>
          <w:b w:val="0"/>
          <w:color w:val="606667"/>
          <w:sz w:val="14"/>
        </w:rPr>
        <w:t>Булак: https://bimap.su/description/pishpek/53_Gorsovet.txt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42.87953, 74.61211</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42.87953, 74.61211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