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42.87883, 74.60834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Дубовый парк.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42.87883, 74.60834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978782" cy="2232000"/>
            <wp:docPr id="2" name="Picture 2" descr="Дубовый парк." title="Дубовый парк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8d9551f561a9b5667e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7878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Дубовый парк.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Дубовый парк.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Дубовый парк.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https://bimap.su/description/frunze/322_Dubovyi_park.txt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42.87883, 74.60834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