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42.87883, 74.60834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Эмен паркы.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42.87883, 74.60834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8782" cy="2232000"/>
            <wp:docPr id="2" name="Picture 2" descr="Дубовый парк." title="Дубовый парк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d9551f561a9b5667e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87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Дубовый парк.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Эмен паркы.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Эмен паркы Эмен паркы 1890-жылы шаардыктар тарабынан негизделген. Паркта шаардын биринчи кинотеатрлары жана Кыргыз мамлекеттик театры иштеген. 1984-жылы бул жерде парк скульптурасынын ачык асман алдындагы музейи ачылган.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https://bimap.su/description/frunze/322_Dubovyi_park.txt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42.87883, 74.60834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