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42.87883, 74.60834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Oak Park.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42.87883, 74.60834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78782" cy="2232000"/>
            <wp:docPr id="2" name="Picture 2" descr="Дубовый парк." title="Дубовый парк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8d9551f561a9b5667e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7878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Дубовый парк.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Oak Park.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Oak Park Oak Park was founded by the townspeople in 1890. The city's first cinemas and the Kyrgyz State Theater operated in the park. In 1984, an open-air museum of park sculpture was opened here.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https://bimap.su/description/frunze/322_Dubovyi_park.txt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42.87883, 74.60834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