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42.87624, 74.60141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Гостиница «Киргизстан»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42.87624, 74.60141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024099" cy="2231999"/>
            <wp:docPr id="2" name="Picture 2" descr="Гостиница «Киргизстан»" title="Гостиница «Киргизстан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4a182b46aef20235500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24099" cy="2231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Гостиница «Киргизстан» · 50-х годов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Гостиница «Киргизстан»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50-х годов.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https://bimap.su/description/frunze/321_Gostiniza50.txt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42.87624, 74.60141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