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"Kyrgyzstan"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4099" cy="2231999"/>
            <wp:docPr id="2" name="Picture 2" descr="Гостиница «Киргизстан»" title="Гостиница «Кирги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a182b46aef202355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409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«Киргизстан»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"Kyrgyzstan"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Hotel "Kyrgyzstan" photo from the 50s The building was demolished during the construction of Ala-Too Square.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https://bimap.su/description/frunze/321_Gostiniza50.txt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