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42.87692, 74.58597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Гидромелиоративный техникум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42.87692, 74.58597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87388" cy="2232000"/>
            <wp:docPr id="2" name="Picture 2" descr="Гидромелиоративный техникум" title="Гидромелиоративный технику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36d42d725130c128a5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8738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Гидромелиоративный техникум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Гидромелиоративный техникум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Архитектор Е.Писарской, 1956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https://bimap.su/description/frunze/320_Gidrotehnikum.txt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42.87692, 74.58597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