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42.87692, 74.58597</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Irrigation technical school</w:t>
      </w:r>
    </w:p>
    <w:p>
      <w:pPr>
        <w:spacing w:after="100"/>
        <w:jc w:val="center"/>
      </w:pPr>
      <w:r>
        <w:rPr>
          <w:rFonts w:ascii="Arial" w:hAnsi="Arial" w:eastAsia="Arial"/>
          <w:b w:val="0"/>
          <w:color w:val="606667"/>
          <w:sz w:val="17"/>
        </w:rPr>
        <w:t>42.87692, 74.58597</w:t>
      </w:r>
    </w:p>
    <w:p>
      <w:pPr>
        <w:spacing w:before="0" w:after="20"/>
        <w:jc w:val="center"/>
      </w:pPr>
      <w:r>
        <w:drawing>
          <wp:inline xmlns:a="http://schemas.openxmlformats.org/drawingml/2006/main" xmlns:pic="http://schemas.openxmlformats.org/drawingml/2006/picture">
            <wp:extent cx="3087388" cy="2232000"/>
            <wp:docPr id="2" name="Picture 2" descr="Гидромелиоративный техникум" title="Гидромелиоративный техникум"/>
            <wp:cNvGraphicFramePr>
              <a:graphicFrameLocks noChangeAspect="1"/>
            </wp:cNvGraphicFramePr>
            <a:graphic>
              <a:graphicData uri="http://schemas.openxmlformats.org/drawingml/2006/picture">
                <pic:pic>
                  <pic:nvPicPr>
                    <pic:cNvPr id="0" name="336d42d725130c128a50.jpg"/>
                    <pic:cNvPicPr/>
                  </pic:nvPicPr>
                  <pic:blipFill>
                    <a:blip r:embed="rId13"/>
                    <a:stretch>
                      <a:fillRect/>
                    </a:stretch>
                  </pic:blipFill>
                  <pic:spPr>
                    <a:xfrm>
                      <a:off x="0" y="0"/>
                      <a:ext cx="3087388" cy="2232000"/>
                    </a:xfrm>
                    <a:prstGeom prst="rect"/>
                  </pic:spPr>
                </pic:pic>
              </a:graphicData>
            </a:graphic>
          </wp:inline>
        </w:drawing>
      </w:r>
    </w:p>
    <w:p>
      <w:pPr>
        <w:spacing w:after="60"/>
        <w:jc w:val="center"/>
      </w:pPr>
      <w:r>
        <w:rPr>
          <w:rFonts w:ascii="Arial" w:hAnsi="Arial" w:eastAsia="Arial"/>
          <w:b w:val="0"/>
          <w:color w:val="606667"/>
          <w:sz w:val="15"/>
        </w:rPr>
        <w:t>Гидромелиоративный техникум</w:t>
      </w:r>
    </w:p>
    <w:p>
      <w:pPr>
        <w:keepNext/>
        <w:spacing w:before="40" w:after="20"/>
      </w:pPr>
      <w:r>
        <w:rPr>
          <w:rFonts w:ascii="Arial" w:hAnsi="Arial" w:eastAsia="Arial"/>
          <w:b/>
          <w:color w:val="B1863E"/>
          <w:sz w:val="16"/>
        </w:rPr>
        <w:t>ENGLISH</w:t>
      </w:r>
      <w:r>
        <w:rPr>
          <w:rFonts w:ascii="Arial" w:hAnsi="Arial" w:eastAsia="Arial"/>
          <w:b/>
          <w:color w:val="242C2F"/>
          <w:sz w:val="20"/>
        </w:rPr>
        <w:t xml:space="preserve">  Irrigation technical school</w:t>
      </w:r>
    </w:p>
    <w:p>
      <w:pPr>
        <w:widowControl/>
        <w:spacing w:before="0" w:after="60" w:line="247" w:lineRule="auto"/>
      </w:pPr>
      <w:r>
        <w:rPr>
          <w:rFonts w:ascii="Arial" w:hAnsi="Arial" w:eastAsia="Arial"/>
          <w:b w:val="0"/>
          <w:color w:val="242C2F"/>
          <w:sz w:val="19"/>
        </w:rPr>
        <w:t>﻿ Irrigation technical school Irrigation technical school. Architect E. Pisarskaya, 1956. Architect Evgeny Gavrilovich Pisarskoy (1918–2013). Author of many projects in the city of Frunze: the Kirpotrebsoyuz building (his first project), the Tubin Institute, VDNKh, the Medical Institute, the Institute of Physical Education, the Polytechnic College, the Trade College, the Mechanical Engineering College, the House of Artists, the building of the ol</w:t>
      </w:r>
    </w:p>
    <w:p>
      <w:pPr>
        <w:spacing w:before="20" w:after="0"/>
      </w:pPr>
      <w:r>
        <w:rPr>
          <w:rFonts w:ascii="Arial" w:hAnsi="Arial" w:eastAsia="Arial"/>
          <w:b w:val="0"/>
          <w:color w:val="606667"/>
          <w:sz w:val="14"/>
        </w:rPr>
        <w:t>Source: https://bimap.su/description/frunze/320_Gidrotehnikum.txt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42.87692, 74.58597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