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Residential building on Bokonbaeva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42857" cy="2232000"/>
            <wp:docPr id="2" name="Picture 2" descr="Жилой дом на улице Боконбаева" title="Жилой 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7e1974fae57c6cbfe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42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 на улице Боконбаева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Residential building on Bokonbaeva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Residential building on the street. Bokonbaev built in the 50s Residential building on the street. Bokonbaev built in the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https://bimap.su/description/frunze/319_Bokonbaeva50.txt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