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42.87762, 74.61053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Н.Г. атындагы китепкана. Чернышевский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42.87762, 74.61053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096000" cy="2232000"/>
            <wp:docPr id="2" name="Picture 2" descr="Библиотека им. Н.Г.Чернышевского" title="Библиотека им. Н.Г.Чернышевско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Библиотека им. Н.Г.Чернышевского · Шерстенникова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Н.Г. атындагы китепкана. Чернышевский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атындагы китепкана. Н.Г. Чернышевский атындагы китепкана. Н.Г. Чернышевский. Архитектор В.Нусов, 1964. Шерстенниковдун сүрөтү, 1984-ж.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https://bimap.su/description/frunze/318_Biblioteka.txt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42.87762, 74.61053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