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Library named after N.G. Chernyshevsky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96000" cy="2232000"/>
            <wp:docPr id="2" name="Picture 2" descr="Библиотека им. Н.Г.Чернышевского" title="Библиотека им. Н.Г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 Н.Г.Чернышевского · Шерстенникова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Library named after N.G. Chernyshevsky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Library named after. N.G. Chernyshevsky Library named after. N.G. Chernyshevsky. Architect V. Nusov, 1964. Photo by Sherstennikov,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https://bimap.su/description/frunze/318_Biblioteka.txt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