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42.84923, 74.60206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престарелых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42.84923, 74.60206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835051" cy="2232000"/>
            <wp:docPr id="2" name="Picture 2" descr="Дом престарелых" title="Дом престарелы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d35c108386871b37cc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3505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престарелых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престарелых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улице Кремлевской (Абая).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https://bimap.su/description/frunze/317_Dom_prest.txt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42.84923, 74.60206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