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PISHPEK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42.84923, 74.60206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Pishpek" title="Pishp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FRUNZE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Nursing home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42.84923, 74.60206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835051" cy="2232000"/>
            <wp:docPr id="2" name="Picture 2" descr="Дом престарелых" title="Дом престарелых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d35c108386871b37cce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83505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Дом престарелых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Nursing home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Nursing home on Kremlevskaya (Abaya) Nursing home on Kremlevskaya (Abaya)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https://bimap.su/description/frunze/317_Dom_prest.txt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BISHKEK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42.84923, 74.60206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Bishkek" title="Bishk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