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42.87623, 74.60365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Аркада Центральной площади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42.87623, 74.60365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82240" cy="2232000"/>
            <wp:docPr id="2" name="Picture 2" descr="Аркада Центральной площади" title="Аркада Центральной площад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fe6182480aaf5fff2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822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Аркада Центральной площади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Аркада Центральной площади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Архитекторы Г.Кутателадзе, Н.Уллас и др. 1984 год.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https://bimap.su/description/frunze/316_Plojad.txt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42.87623, 74.60365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