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Arcade of the Central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82240" cy="2232000"/>
            <wp:docPr id="2" name="Picture 2" descr="Аркада Центральной площади" title="Аркада Центральной площад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fe6182480aaf5fff2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22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Аркада Центральной площади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Arcade of the Central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Arcade of the Central Square Architects G. Kutateladze, N. Ullas and others, 1984. Among the urban oasis, a man-made desert was created, coming to life only during festive celebrations or popular unrest. Faceless marble cubes of the White House and the museum, vulgar arches, occasionally turned on fountains, a giant statue of Lenin - these are all the attractions of Ala-Too Square. In the 80s, on the site of a well-equipped and inhabited area o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https://bimap.su/description/frunze/316_Plojad.txt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42.87623, 74.60365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