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42.87375, 74.60715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с архитектурными излишествами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42.87375, 74.60715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967603" cy="2232000"/>
            <wp:docPr id="2" name="Picture 2" descr="Дом с архитектурными излишествами" title="Дом с архитектурными излишествам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f1c954c8de574eb878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6760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 архитектурными излишествами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с архитектурными излишествами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https://bimap.su/description/frunze/315_Izlishki.txt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42.87375, 74.60715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