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КГБ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Здание КГБ" title="Здание КГБ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7143b452158de96c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КГБ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КГБ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Киргизской ССР.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https://bimap.su/description/frunze/314_GKNB.txt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42.88397, 74.60646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