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42.88397, 74.60646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КГБ имараты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42.88397, 74.60646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48000" cy="2232000"/>
            <wp:docPr id="2" name="Picture 2" descr="Здание КГБ" title="Здание КГБ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47143b452158de96ccc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48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Здание КГБ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КГБ имараты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Кыргыз ССР КГБсынын административдик имараты Кыргыз ССРинин КГБсынын административдик имараты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https://bimap.su/description/frunze/314_GKNB.txt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42.88397, 74.60646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