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KGB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Здание КГБ" title="Здание КГБ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143b452158de96c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КГБ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KGB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Administrative building of the KGB of the Kirghiz SSR Administrative building of the KGB of the Kirghiz SSR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https://bimap.su/description/frunze/314_GKNB.txt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