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42.87767, 74.60380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Музей В.И.Ленина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42.87767, 74.60380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42163" cy="2232000"/>
            <wp:docPr id="2" name="Picture 2" descr="Музей В.И.Ленина" title="Музей В.И.Ле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fef98ec7367cafcb51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21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Музей В.И.Ленина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Музей В.И.Ленина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Музей В.И.Ленина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https://bimap.su/description/frunze/313_Muzei_Lenina.txt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42.87767, 74.60380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