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42.87767, 74.60380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Museum of V.I.Lenin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42.87767, 74.60380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42163" cy="2232000"/>
            <wp:docPr id="2" name="Picture 2" descr="Музей В.И.Ленина" title="Музей В.И.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ef98ec7367cafcb51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21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 В.И.Ленина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Museum of V.I.Lenin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Museum of V.I.Lenin Architects S.Abyshev, R.Asylbekov, V.Ivanov, K.Ibraev. M. Satybaldiev, A. Kudelya, M. Kerimkulov. Project manager V. Anistratov, 1984. In the 80s, on the site of a well-equipped and inhabited area of ​​the city, a grandiose construction of a new center began. The leaders of the project’s team of authors were N. Ullas and G. Kutateladze. Vast spaces were cleared for monumental structures, and entire neighborhoods were destroy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https://bimap.su/description/frunze/313_Muzei_Lenina.txt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42.87767, 74.60380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