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Ташкентской и Базарной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42.88512, 74.61200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05923" cy="2232000"/>
            <wp:docPr id="1" name="Picture 1" descr="Дом на углу улиц Ташкентской и Базарной" title="Дом на углу улиц Ташкентской и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841dca5c31058cc98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59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Ташкентской и Базарной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Ташкентской и Базарной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северо-восточном углу улиц Ташкентской и Базарной.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https://bimap.su/description/pishpek/52_Dom_ugol_Tashkent_Bazar.txt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42.88512, 74.61200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42.88512, 74.61200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