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Площадь и памятник Победы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2000" cy="2232000"/>
            <wp:docPr id="2" name="Picture 2" descr="Площадь и памятник Победы" title="Площадь и памятник Побе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a602c80d42121b6d4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и памятник Победы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Площадь и памятник Победы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Площадь и памятник Победы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https://bimap.su/description/frunze/312_Pobeda.txt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