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42.87921, 74.61615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Жеңиш аянты жана эстелик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42.87921, 74.61615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32000" cy="2232000"/>
            <wp:docPr id="2" name="Picture 2" descr="Площадь и памятник Победы" title="Площадь и памятник Победы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da602c80d42121b6d4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32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Площадь и памятник Победы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Жеңиш аянты жана эстелик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Жеңиш аянты жана эстелик Архитектуралык-скульптуралык композиция 1985-жылы Экинчи дүйнөлүк согуштагы жеңиштин 40 жылдыгына карата курулган. Скульпторлор Т.Садыков, М.К.Аникушкин, архитекторлор - В.Лызенко, В.Б.Бухаев. Үч таш арка, аял күйөөсү менен уулдарынын согуштан кайтып келишин күтүп, түбөлүк оттун үстүндө турган боз үйдү билдирет. Дагы эки композиция: автомат көтөргөн жоокерлердин скульптуралык сүрөтү жана балдары бар жоокерлердин тобу. Т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https://bimap.su/description/frunze/312_Pobeda.txt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42.87921, 74.61615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