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Дзержинке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e34b01dc67faea0ba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Дзержинке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Первые двухэтажные дома на Дзержинке.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https://bimap.su/description/frunze/311_Dzerjinka1.txt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