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42.86658, 74.60664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Дзержинкадагы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42.86658, 74.60664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Дзержинке" title="Дом на Дзержин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8e34b01dc67faea0ba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Дзержинке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Дзержинкадагы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Дзержинкадагы алгачкы эки кабаттуу үйлөр Бул үйдө композиторлор А.Малдыбаев, П.Шубин, акын К.Маликовдор жашаган.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https://bimap.su/description/frunze/311_Dzerjinka1.txt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42.86658, 74.60664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