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Dzerzhinka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e34b01dc67faea0ba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Dzerzhinka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first two-story houses on Dzerzhinka The first two-story houses on Dzerzhinka Composers A. Maldybaev, P. Shubin, poet K. Malikov lived in this house.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https://bimap.su/description/frunze/311_Dzerjinka1.txt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