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8725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282a60982c91c92e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87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Первые двухэтажные дома на Дзержинке.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https://bimap.su/description/frunze/310_Dzerjinka.txt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