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42.86715, 74.60675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Дзержинкадагы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42.86715, 74.60675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38725" cy="2232000"/>
            <wp:docPr id="2" name="Picture 2" descr="Дом на Дзержинке" title="Дом на Дзержин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282a60982c91c92ee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387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Дзержинкадагы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Дзержинкадагы биринчи эки кабаттуу үйлөр Дзержинкадагы биринчи эки кабаттуу үйлөр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https://bimap.su/description/frunze/310_Dzerjinka.txt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42.86715, 74.60675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