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Dzerzhinka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38725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282a60982c91c92ee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87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Dzerzhinka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The first two-story houses on Dzerzhinka The first two-story houses on Dzerzhinka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https://bimap.su/description/frunze/310_Dzerjinka.txt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42.86715, 74.60675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