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42.86500, 74.60573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М.В.Фрунзе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42.86500, 74.60573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1253" cy="2232000"/>
            <wp:docPr id="2" name="Picture 2" descr="Памятник М.В.Фрунзе" title="Памятник М.В.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3b85a9690c7c19688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12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М.В.Фрунзе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М.В.Фрунзе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М.В.Фрунзе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https://bimap.su/description/frunze/309_PamFrunze.txt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42.86500, 74.60573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