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42.86500, 74.60573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М.В.нын эстелиги. Фрунзе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42.86500, 74.60573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51253" cy="2232000"/>
            <wp:docPr id="2" name="Picture 2" descr="Памятник М.В.Фрунзе" title="Памятник М.В.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63b85a9690c7c19688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5125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М.В.Фрунзе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М.В.нын эстелиги. Фрунзе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Фрунзенин эстелиги Фрунзенин эстелиги. Монументтин авторлору Буткул союздук конкурстун лауреаттары, Кишинев, Москва жана Фрунзе шаарларынын скульпторлору жана архитекторлору — Л.Дубиновский, А.Посяго, Е.Вулих жана В.Хавин, архитекторлор А.Исаев жана Г.П.Кутателадзе. 1967-жылдын 25-октябрында жылмаланган кызыл гранит менен кооздолгон бийик постаментке орнотулган: Кыргызстан Компартиясынын Фрунзе атындагы жана Кыргыз ССРинин эмгекчилери М. Фрунзе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https://bimap.su/description/frunze/309_PamFrunze.txt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42.86500, 74.60573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