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42.86500, 74.60573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M.V. Frunze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42.86500, 74.60573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1253" cy="2232000"/>
            <wp:docPr id="2" name="Picture 2" descr="Памятник М.В.Фрунзе" title="Памятник М.В.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3b85a9690c7c19688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125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М.В.Фрунзе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M.V. Frunze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Frunze Monument to Frunze. The authors of the monument are the winners of the all-Union competition, sculptors and architects from Chisinau, Moscow and Frunze - L. Dubinovsky, A. Posyago, E. Vulikh and V. Khavin, architects A. Isaev and G. P. Kutateladze. Installed on October 25, 1967 on a high pedestal, trimmed with polished red granite with the inscription: M. V. Frunze from the Communist Party of Kyrgyzstan and the workers of the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https://bimap.su/description/frunze/309_PamFrunze.txt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42.86500, 74.60573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