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42.86493, 74.60663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Гостиница «Тянь-Шань»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42.86493, 74.60663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56738" cy="2232000"/>
            <wp:docPr id="2" name="Picture 2" descr="Гостиница «Тянь-Шань»" title="Гостиница «Тянь-Шань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9162f5d5e2c801916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5673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Гостиница «Тянь-Шань»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Гостиница «Тянь-Шань»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Гостиница «Тянь-Шань»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https://bimap.su/description/frunze/308_Gostiniza60.txt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42.86493, 74.60663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