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"Тянь-Шань"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6738" cy="2232000"/>
            <wp:docPr id="2" name="Picture 2" descr="Гостиница «Тянь-Шань»" title="Гостиница «Тянь-Шан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9162f5d5e2c80191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67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«Тянь-Шань»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"Тянь-Шань"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"Тянь-Шань" мейманканасы "Тянь-Шань" мейманканасы. Архитектор И. Люблинский, 1960. Ушул эле мейманкана «Ала-Тоо» деп аталды.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https://bimap.su/description/frunze/308_Gostiniza60.txt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