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Вокзал Фрунзе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65142" cy="2232000"/>
            <wp:docPr id="2" name="Picture 2" descr="Вокзал Фрунзе" title="Вокзал 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dcbf91eba50536807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6514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Фрунзе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Вокзал Фрунзе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Вокзал Фрунзе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https://bimap.su/description/frunze/307_Vokzal1.txt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Вокзал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42.86401, 74.60589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7013" cy="2232000"/>
            <wp:docPr id="3" name="Picture 3" descr="Вокзал" title="Вокза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11cdadb3970ae815573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97701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Вокзал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Вокзал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железнодорожной станции Бишкек-2. 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https://bimap.su/description/bishkek/68_IMG_0894.txt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