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42.86401, 74.60589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Фрунзе станциясы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42.86401, 74.60589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65142" cy="2232000"/>
            <wp:docPr id="2" name="Picture 2" descr="Вокзал Фрунзе" title="Вокзал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dcbf91eba50536807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651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Вокзал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Фрунзе станциясы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Фрунзе станциясы Фрунзе темир жол жүргүнчүлөр станциясынын имараты. 1938-жылы курулган, архитектор E. Limar. Имараттын ичи колонналар, баш тамгалар, шыптын түстүү сүрөттөрү, декоративдик скульптуралык штукка жана геральдика, скульптор Л.Мессарош, сүрөтчү А.Игнатьев менен кооздолгон. 1930-жылы 25-майда Фрунзе станциясы кыймылга ачылган. Бул күнү Ташкентке биринчи поезд ушул жерден жөнөп кетти. 1932-жылы Фрунзе станциясы мына ушундай болгон. Элла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https://bimap.su/description/frunze/307_Vokzal1.txt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Поезд вокзалы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42.86401, 74.60589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Вокзал" title="Вокза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1cdadb3970ae81557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Вокзал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Поезд вокзалы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Бишкек-2 темир жол вокзалы Поезд вокзалы Бишкек-2 темир жол вокзалы.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https://bimap.su/description/bishkek/68_IMG_0894.txt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