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Вокзал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22825" cy="2232000"/>
            <wp:docPr id="2" name="Picture 2" descr="Вокзал Фрунзе" title="Вокзал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a9e5c2ec3a78b8254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28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Вокзал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Вокзал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Вокзал Фрунзе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https://bimap.su/description/frunze/306_Vokzal.txt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