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 станциясы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22825" cy="2232000"/>
            <wp:docPr id="2" name="Picture 2" descr="Вокзал Фрунзе" title="Вокзал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a9e5c2ec3a78b825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28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Вокзал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 станциясы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 станциясы Фрунзе станциясы. Алдыңкы планда И.В. Сталин, фонунда В.И. Ленин. Сүрөт 1965-жылдагы үй-бүлөлүк альбомдон А.И. Марусич. Сталиндин эстелигин алып салышкандан кийин постаментке казан орнотулган. Фрунзе станциясынын перронундагы Лениндин эстелиги. Вокзалдын кире беришиндеги Фрунзе шаарынын бюсту.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https://bimap.su/description/frunze/306_Vokzal.txt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42.86382, 74.60570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