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42.86382, 74.60570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Frunze Station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42.86382, 74.60570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22825" cy="2232000"/>
            <wp:docPr id="2" name="Picture 2" descr="Вокзал Фрунзе" title="Вокзал 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ea9e5c2ec3a78b8254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2282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Вокзал Фрунзе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Frunze Station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Frunze Station Frunze Station. In the foreground is a monument to I.V. Stalin, in the background to V.I. Lenin. Photo from 1965 from the family album of A.I. Marusich. After the monument to Stalin was removed, a pot was installed on the pedestal. Monument to Lenin on the platform of the Frunze station. Bust of Frunze in front of the station entrance.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https://bimap.su/description/frunze/306_Vokzal.txt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42.86382, 74.60570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