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42.84895, 74.58562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«Байчечекей»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42.84895, 74.58562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«Байчечекей»" title="«Байчечекей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e3b3772ec7a2f0774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«Байчечекей»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«Байчечекей»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«Байчечекей»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https://bimap.su/description/frunze/305_Baiche.txt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42.84895, 74.58562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