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42.84895, 74.58562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"Байчечекей"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42.84895, 74.58562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5999" cy="2232000"/>
            <wp:docPr id="2" name="Picture 2" descr="«Байчечекей»" title="«Байчечекей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2e3b3772ec7a2f07749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5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«Байчечекей»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"Байчечекей"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"Байчечекей" 80-жылдары Мира проспектисинде курулуш бүтүп, бир катар жаңы имараттар пайдаланууга берилген. Алардын ичинен биринчи кабатында Байчечекей универмаги бар он эки кабаттуу турак-жайды бел-гилесек болот. Бул балдар үчүн товарларды саткан шаардагы экинчи чоң соода борбору. «Мектеп-магазин» азык-тулук магазини жана «Ай-пери» сулуулук салону. 1982-жылы "Детский мир" филиалы ачылган - сыйкырчы. «Байчечекей» (Мира проспектиси, 29).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https://bimap.su/description/frunze/305_Baiche.txt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42.84895, 74.58562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