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Министерство совхозов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Министерство совхозов" title="Министерство совхо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9474a5fd750fd29fb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Министерство совхозов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Министерство совхозов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https://bimap.su/description/frunze/304_Minsovhoz.txt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