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42.87000, 74.60686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Совхоз министрлиги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42.87000, 74.60686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2" name="Picture 2" descr="Министерство совхозов" title="Министерство совхозов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29474a5fd750fd29fbd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Министерство совхозов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Совхоз министрлиги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Бул имарат Совхоздор министрлиги катары курулган Бул имарат Совхоздор министрлиги катары курулган.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https://bimap.su/description/frunze/304_Minsovhoz.txt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42.87000, 74.60686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