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Ministry of State Farms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Министерство совхозов" title="Министерство совхо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474a5fd750fd29fb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Министерство совхозов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Ministry of State Farms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This building was built as the Ministry of State Farms This building was built as the Ministry of State Farms.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https://bimap.su/description/frunze/304_Minsovhoz.txt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