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Дзержинке. Фото Петрова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Дом на Дзержинке. Фото Петрова" title="Дом на Дзержинке. Фото Пет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878beab800b265680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Дзержинке. Фото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Дзержинке. Фото Петрова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с элементами конструктивизма.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https://bimap.su/description/frunze/303_ZAGS.txt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42.87052, 74.60698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