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42.87052, 74.60698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Дзержинкадагы үй. Петровдун сүрөтү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42.87052, 74.60698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Дом на Дзержинке. Фото Петрова" title="Дом на Дзержинке. Фото Петр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878beab800b265680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Дзержинке. Фото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Дзержинкадагы үй. Петровдун сүрөтү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Дзержинкадагы үй Дзержинкадагы конструктивизм элементтери бар үй. Шаардагы 30-жылдары курулган алгачкы 2 кабаттуу турак жайлардын бири. 1941-жылы узартылган ЗАГС архиви болуп саналат. Кезинде журналист Александр Тузов “биз бардыгыбыз 1941-жылыбыз” деп жазган... Дал ушул дубалдардын артында шаардын дээрлик ар бир жашоочусу тууралуу маалыматтар бар. Владимир Петровдун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https://bimap.su/description/frunze/303_ZAGS.txt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42.87052, 74.60698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